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Nunito" w:hAnsi="Nunito"/>
          <w:b/>
          <w:color w:val="F97316"/>
          <w:sz w:val="18"/>
        </w:rPr>
        <w:t>PROGRAMMATION ANNUELLE 2026</w:t>
      </w:r>
    </w:p>
    <w:p>
      <w:pPr>
        <w:spacing w:after="80"/>
      </w:pPr>
      <w:r>
        <w:rPr>
          <w:rFonts w:ascii="Nunito" w:hAnsi="Nunito"/>
          <w:b/>
          <w:color w:val="1F6F4E"/>
          <w:sz w:val="44"/>
        </w:rPr>
        <w:t>CP</w:t>
      </w:r>
    </w:p>
    <w:p>
      <w:pPr>
        <w:spacing w:after="160"/>
      </w:pPr>
      <w:r>
        <w:rPr>
          <w:rFonts w:ascii="Nunito" w:hAnsi="Nunito"/>
          <w:b w:val="0"/>
          <w:color w:val="1A2420"/>
          <w:sz w:val="20"/>
        </w:rPr>
        <w:t>292 attendus officiels, dans l'ordre du programme, à répartir sur vos cinq périodes.</w:t>
      </w:r>
    </w:p>
    <w:p>
      <w:pPr>
        <w:spacing w:after="280"/>
      </w:pPr>
      <w:r>
        <w:rPr>
          <w:rFonts w:ascii="Nunito" w:hAnsi="Nunito"/>
          <w:b w:val="0"/>
          <w:color w:val="6B7280"/>
          <w:sz w:val="18"/>
        </w:rPr>
        <w:t>Français et mathématiques : BO n°41 du 31 octobre 2024. Enseignement moral et civique : BO n°24 du 13 juin 2024. Éducation à la vie affective et relationnelle : BO n°6 du 6 février 2025. Arts plastiques et éducation musicale : BO n°31 du 30 juillet 2020. Éducation physique et sportive et histoire-géographie : BO n°22 du 28 mai 2026. Sciences et technologie : BO n°24 du 11 juin 2026. Langues vivantes : BO n°12 du 19 mars 2026.</w:t>
      </w:r>
    </w:p>
    <w:p>
      <w:pPr>
        <w:spacing w:after="80"/>
      </w:pPr>
      <w:r>
        <w:rPr>
          <w:rFonts w:ascii="Nunito" w:hAnsi="Nunito"/>
          <w:b/>
          <w:color w:val="1F6F4E"/>
          <w:sz w:val="24"/>
        </w:rPr>
        <w:t>Français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Identifier les mots de manière de plus en plus aisée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période 1 : Décoder et encoder 12 à 15 CGP régulières, fréquentes et aisément prononçables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période 1 : Déchiffrer des syllabes, des mots puis des phrases en fonction de la progression de l'apprentissage des CGP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Milieu d'année : Décoder et encoder de 25 à 30 CGP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Milieu d'année : Avoir pris conscience de la présence de lettres finales muettes et s'appuyer sur le sens des mots pour les déchiffrer correctement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Milieu d'année : Mémoriser les mots fréquents et réguliers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Milieu d'année : Déchiffrer entre 15 et 30 mots par minute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Décoder 30 mots par minute au minimum sans préparation, 50 après préparation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Lire à voix haute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Début d'année : Oraliser les syllabes déchiffrées et encodées, puis les mots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Cours d'année : Oraliser régulièrement les mots et phrases déchiffrés et encodés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Cours d'année : S'entrainer à lire des textes déchiffrables de manière à automatiser sa lecture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Lire après préparation un texte adapté à son niveau avec une vitesse de 30 mots/minute sans préparation, 50 après préparation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Identifier les marques de ponctuation et les prendre en compte sur un texte préparé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Amorcer une lecture expressive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Comprendre un texte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Dégager le sens global d'un texte entendu ou lu de façon autonome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mots inconnus dans un texte et chercher à leur donner un sens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repérer dans la chaine anaphorique (qui relie un nom à sa ou ses reprises pronominales ou à d'autres noms de sens équivalent)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ce qui est implicite (inférences simples)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Justifier ses réponses par un retour au texte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Lire et comprendre en autonomie un texte narratif, informatif ou prescriptif d'une dizaine de lignes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Devenir lecteur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Lire 5 à 10 œuvres complètes et variées issues du patrimoine et de la littérature de jeunesse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et reconnaitre des types de personnages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Aller vers les livres et être capable d'en choisir à titre personnel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Relier ses lectures à son expérience personnelle, établir des liens entre ses différentes lectures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Fréquenter régulièrement des lieux de lecture et se familiariser avec eux, rencontrer des acteurs du livre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Apprendre à écrire en écriture cursive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à écrire en écriture cursive tous les graphèmes étudiés selon la progression en décodage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à les enchainer, avec fluidité, avec d'autres lettres dans des syllabes, mots, phrases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Encoder puis écrire sous dictée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Début d'année : Encoder des syllabes simples puis des mots selon la progression des CGP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2e période : Écrire des mots dictés avec des lettres muettes apprises (mettre en relation des morphogrammes lexicaux et grammaticaux)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Écrire sous la dictée des mots et des phrases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Copier et acquérir des stratégies de copie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Début d'année : Copier des syllabes simples puis des mots avec lettres muettes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période 1 : Copier une phrase en lien avec les 12/15 CGP étudiées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période 1 : Commencer à verbaliser et à utiliser des stratégies de copie pour dépasser la copie lettre à lettre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de période 1 : Commencer à savoir se relire après copie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Copier trois ou quatre phrases sans erreur et de façon lisible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Produire des écrits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Début d'année : Écrire des graphèmes, des syllabes, des mots puis quelques phrases avec l'aide du professeur à partir des mots connus et déchiffrés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Période 2 : Produire des écrits courts porteurs de sens, d'une à cinq lignes, en articulation avec l'apprentissage de la lecture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Période 2 : S'appuyer sur les textes de lecture pour les transformer sur quelques points seulement (écrire à la façon de, ajouter un épisode)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Produire des écrits courts porteurs de sens d'une à cinq lignes en articulation avec l'apprentissage de la lecture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Commencer à acquérir une méthodologie de production écrite : planification, mise en mots avec vigilance orthographique, relectures et révisions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Fin d'année : Repérer les dysfonctionnements de son texte par la relecture à voix haute du professeur ou grâce à des outils d'aide construits à cet effet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Écouter pour comprendre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un message entendu de quelques minutes et mémoriser quelques informations importantes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Dire pour être compris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Mener une brève production orale pour rapporter, raconter, décrire ou expliquer, en utilisant quelques organisateurs du discours et en mobilisant le lexique appris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S'écouter pour progresser et proposer des reformulations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Oraliser un texte mémorisé ou préparé en tenant compte de son auditoire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Participer à des échanges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Participer aux échanges en respectant les règles, en écoutant les autres et en donnant son avis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Prendre conscience des écarts de niveau de langue selon les situations de communication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Enrichir son vocabulaire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Enrichir en contexte le vocabulaire appris au cycle 1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Être sensible, sans en apprendre les concepts, à la polysémie et à la différence entre sens propre et sens figuré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Commencer à mobiliser l'ordre alphabétique pour utiliser un dictionnaire adapté (papier ou numérique)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Établir des relations entre les mots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Constituer des répertoires de mots par thème, par classe grammaticale, par famille de mots, par analogies morphologiques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proposer et justifier une catégorisation du corpus de mots étudiés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trouver des synonymes et des antonymes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Réemployer le vocabulaire étudié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Réemployer et mémoriser le vocabulaire appris en maternelle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Réemployer et mémoriser les expressions et les mots appris en fonction de contraintes de production orale ou écrite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Percevoir la différence entre deux niveaux de langue et choisir le plus adapté à la situation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Mémoriser l'orthographe lexicale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Mémoriser l'orthographe des mots réguliers fréquemment rencontrés et du lexique le plus couramment employé et pouvoir les écrire sous la dictée, en lien avec les CGP étudiées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et nommer les accents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la valeur sonore de certaines lettres (s – c – g) et la composition de certains graphèmes selon la lettre qui suit (an/am, en/em, on/om, in/im), en fonction du contexte et dans des mots fréquemment rencontrés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Être capable de comprendre la présence d'une lettre muette finale à l'aide d'un mot de la même famille : chat/chaton, gros/grossir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la phrase simple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S'approprier progressivement la notion de phrase simple et ses trois marqueurs essentiels : majuscule initiale, ponctuation finale forte et sens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que certains éléments (sujet/verbe et déterminants/noms/adjectifs) fonctionnent ensemble et constituent un système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S'appuyer sur la ponctuation pour reconnaitre les trois types de phrases (déclarative, interrogative et impérative)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les formes négative et exclamative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Constituer des corpus par classe de mots : noms, verbes, déterminants, adjectifs, pronoms personnels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Découvrir, comprendre et mettre en œuvre l'orthographe grammaticale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les notions de masculin et de féminin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les notions de singulier et de pluriel (plusieurs, plus qu'un)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familiariser avec la notion de « chaine d'accords » (déterminant/nom/adjectif) en repérant et en identifiant les régularités des marques de genre et de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S'initier à l'identification de la relation sujet-verbe à partir du sens et de l'observation des effets des transformations liées aux temps et aux personnes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les différentes formes verbales fréquentes et régulières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à conjuguer être et avoir au présent de l'indicatif et commencer à les mobiliser à l'écrit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Mathématiques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nombres entiers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et dénombrer des collections en les organisant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des collections de cardinal donné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la suite écrite et la suite orale des nombres jusqu'à cent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utiliser diverses représentations d'un nombre et passer de l'une à l'autre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la valeur des chiffres en fonction de leur position (unités, dizaines)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Comparer, encadrer, intercaler des nombres entiers en utilisant les symboles =, &lt; et &gt;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Ordonner des nombres dans l'ordre croissant ou décroissant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placer des nombres sur une demi-droite graduée de un en un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les nombres ordinaux jusqu'à « vingtième »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et utiliser les nombres ordinaux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un rang ou une position dans une file orientée ou dans une liste d'objets ou de personnes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Faire le lien entre le rang d'un objet dans une liste et le nombre d'éléments qui le précèdent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les nombres ordinaux dans le cadre de l'étude de suites de symboles, de formes, de lettres ou de nombres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quatre opérations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le sens de l'addition et de la soustraction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et utiliser les symboles « + », « - » et « = »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Poser et effectuer des additions en colonnes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le sens de la multiplication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calcul mental : mémoriser des faits numériques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dans les deux sens les tables d'addition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les doubles et les moitiés de nombres usuels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calcul mental : utiliser ses connaissances en numération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ou soustraire 1 ou 2 à un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ou soustraire 10 à un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ou soustraire 20, 30, 40, 50, 60, 70, 80 ou 90 à un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calcul mental : apprendre des procédures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Trouver le complément d'un nombre à la dizaine supérieure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un nombre inférieur à 9 à un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9 à un nombre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Ajouter deux nombres inférieurs à 100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Déterminer la moitié d'un nombre pair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Soustraire un nombre inférieur à 10 à un nombre entier de dizaines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La résolution de problèmes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Résoudre des problèmes additifs en une étape du type parties-tout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Résoudre des problèmes additifs en deux étapes (champ numérique inférieur ou égal à 30)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Résoudre des problèmes multiplicatifs en une étape (champ numérique inférieur ou égal à 30)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longueurs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 lexique spécifique associé aux longueurs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des objets selon leur longueur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des segments selon leur longueur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mesurer la longueur d'un segment en utilisant une règle graduée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utiliser les unités mètre et centimètre et les symboles associés (m et cm)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quelques longueurs de référence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qu'un mètre est égal à cent centimètres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masses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 lexique associé aux masses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des objets selon leur masse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La monnaie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 lexique spécifique lié à la monnaie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les valeurs de deux ensembles constitués de pièces de monnaie ou de deux ensembles constitués de pièces et de billets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Déterminer la valeur en euro d'un ensemble constitué de pièces et de billets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Constituer une somme d'argent donnée avec des pièces et des billets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Simuler des achats en manipulant des pièces et des billets fictifs. Rendre la monnaie.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repérage dans le temps et les durées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Lire sur une horloge à aiguilles une heure donnée en heures entières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Positionner les aiguilles d'une horloge correspondant à une heure donnée (uniquement des heures entières inférieures ou égales à douze)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Associer une heure à un moment de la journée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solides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les solides usuels suivants : cube, boule, cône, cylindre, pavé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 un cube, un pavé et une boule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un cube ou un pavé en utilisant le terme « face ». Connaitre le nombre et la nature des faces d'un cube et d'un pavé.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des cubes et des pavés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La géométrie plane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des formes planes (disque, carré, rectangle et triangle) dans un assemblage et dans son environnement proche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 le disque, le carré, le rectangle et le triangle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Donner une première description du carré, du rectangle, du triangle en utilisant les termes « sommet » et « côté »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visuellement des alignements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la règle pour repérer ou vérifier des alignements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la règle comme instrument de tracé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un carré, un rectangle, un triangle ou un assemblage de ces figures sur du papier quadrillé ou pointé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repérage dans l'espace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utiliser le vocabulaire lié aux positions relatives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Situer des personnes ou des objets les uns par rapport aux autres ou par rapport à d'autres repères dans la classe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et utiliser des représentations de la classe pour localiser, mémoriser et communiquer un emplacement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et reproduire des assemblages de solides à partir d'un modèle en trois dimensions ou de représentations planes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déplacer et décrire des déplacements dans la classe en s'orientant et en utilisant des repères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et utiliser un plan de la classe pour communiquer un déplacement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et produire une suite d'instructions qui codent un déplacement en utilisant un vocabulaire spatial précis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Organisation et gestion de données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Collecter des données et présenter ces données sous forme d'un tableau ou d'un diagramme en barres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Construire et compléter un tableau à double entrée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Histoire-géographie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Histoire - Les manifestations naturelles du temps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Expliquer l'alternance du jour et de la nuit en manipulant un globe terrestre.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 les saisons, donner leurs caractéristiques.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Histoire - Les représentations humaines du temps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que l'année est divisée en mois, le mois en semaines, la semaine en jours, la journée en heures.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Repérer, ordonner et nommer les jours de la semaine.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divers types de calendriers : emploi du temps de la journée, éphéméride, calendrier, roue des jours.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et utiliser des outils de mesure du temps : sablier, pendule, montre et réveil (analogiques et numériques).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Histoire - Situer des évènements dans le temps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Situer et planifier sur un calendrier des évènements particuliers ou récurrents en utilisant les temps verbaux adaptés (passé, présent, futur) et les marqueurs temporels adaptés (hier, avant-hier, il y a un mois, etc. / demain, après-demain, dans un mois, etc.).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repérer au travers des différentes générations à partir d'exemples d'arbres généalogiques.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Compléter une frise chronologique de la journée, de la vie de l'élève, voire générationnelle.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Géographie - Autour de l'école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 les éléments d'organisation de la classe et les situer les uns par rapport aux autres.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Faire le plan de la classe et le comparer à celui d'une autre classe.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déplacer dans l'école en s'orientant et en utilisant un plan.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l'usage des différents lieux de l'école.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et/ou représenter un trajet, par exemple entre un lieu de l'espace proche (domicile, bâtiment public, équipement sportif, etc.) et l'école.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des lieux familiers représentés sous différents angles de vue.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Géographie - Des représentations du monde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un planisphère.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et localiser les continents et les océans sur un planisphère.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la continuité entre les océans et identifier les continents par la manipulation d'un globe terrestre ou du planisphère.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Situer la France.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Localiser les grands foyers de peuplement.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Sciences et technologie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La matière - Masses, volumes et mesures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les masses de différents objets.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 vocabulaire associé aux masses.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Lire la valeur de la température avec un thermomètre à liquide.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La matière - États physiques de la matière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et identifier les états solides et liquides de l'eau.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vivant - Unité et diversité du vivant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Caractériser et justifier à l'aide de critères simples ce qui est vivant, non vivant ou élaboré par des êtres vivants.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vivant - Observer et décrire son environnement proche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son environnement proche : décrire les êtres vivants qui y vivent et les caractéristiques du milieu de vie.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repérer dans son environnement proche.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vivant - Agir pour protéger l'environnement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Constater quelques modifications de l'environnement proche par des activités humaines.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et mettre en œuvre quelques gestes simples favorables à la protection de l'environnement proche de l'école.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un rapport sensible à la nature.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Prendre conscience des possibilités d'agir, tant individuellement que collectivement, pour protéger l'environnement.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corps humain - Alimentation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et nommer les catégories d'aliments et leur origine, en utilisant le vocabulaire associé.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corps humain - Croissance et mouvement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le schéma corporel et nommer les principales articulations et quelques os associés du squelette, en enrichissant le vocabulaire anatomique.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sur soi et sur une maquette simple les éléments permettant la réalisation d'un mouvement corporel.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corps humain - Santé et hygiène de vie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son rythme d'activité quotidien (sommeil, activité physique, activité intellectuelle, repos et relaxation).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quelques règles d'hygiène de vie au quotidien et les relier à sa santé (sommeil, variété alimentaire, activité physique régulière, repos, lavage des mains et du corps, brossage des dents, limitation des temps d'écran).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objets techniques au cœur de la société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qu'un objet technique est obtenu par intervention des êtres humains.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des activités de la vie quotidienne faisant appel à des objets techniques répondant à un besoin.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Langues vivantes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Compréhension de l'oral : écouter et comprendre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quelques mots du champ lexical de la prise de contact ou des salutations.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les pronoms interrogatifs usuels.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les pronoms personnels sujets (je, tu), compléments (moi, toi) et les déterminants possessifs (mon, ton) accompagnés de gestes.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verbes permettant d'exprimer le gout et le dégout, ainsi que quelques adjectifs accompagnés de gestes, expressions du visage ou d'un support visuel.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l'humeur de ses interlocuteurs (tristesse, joie, colère) en s'aidant de l'émotion portée par la voix, les gestes et les expressions du visage.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les mots simples et familiers accompagnés de visuels (famille et environnement immédiat).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certaines lettres de l'alphabet et les chiffres.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des mots simples en s'appuyant sur les indices visuels (affiches, images, animations visuelles) et sonores (onomatopées, bruitages, musiques).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les mots familiers pour parler de soi, de sa sphère immédiate et des thématiques culturelles et disciplinaires travaillées en classe.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quelques formes courantes de l'impératif afin de réagir à des consignes et instructions simples accompagnées de gestes ou de supports visuels (consignes de la classe, instructions de jeu ou étapes d'une recette, etc.).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Agir en suivant les indications données par des verbes d'action qui peuvent être associés à des prépositions permettant de se repérer dans l'espace.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Expression orale en continu : parler en continu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Réaliser les spécificités phonologiques essentielles de la langue apprise.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Prononcer correctement des mots isolés et mémorisés dans plusieurs champs lexicaux connus en respectant l'accentuation des mots selon le modèle phonétique de la langue.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Parler de soi ou de son environnement familier en s'appuyant sur des supports visuels et en prononçant correctement des formules brèves, ritualisées et mémorisées.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Nommer, caractériser, dénombrer très simplement des personnes, des objets, des lieux : mobiliser quelques mots connus en lien avec les domaines étudiés (l'école, la famille, etc.) ; avoir recours à quelques adjectifs usuels ; compter en utilisant la suite numérique.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Situer dans l'espace, à l'aide de prépositions et d'expressions lexicalisées, les personnes, les objets et les lieux.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Situer dans le temps : exprimer le jour ; exprimer des repères temporels très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simplement des informations sur soi et sur les autres : utiliser le présent des verbes les plus courants à la première ou deuxième personne du singulier ; se présenter à l'aide d'expressions lexicalisées.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Donner des informations simples sur des activités quotidiennes, des habitudes : nommer les moments de la journée ; mobiliser quelques mots en lien avec les activités quotidiennes, les habitudes, etc.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Expression orale en interaction : réagir et dialoguer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Poser quelques questions simples à l'aide des pronoms interrogatifs.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Donner quelques consignes ou ordres simples ritualisés à l'aide de verbes fréquemment utilisés à l'impératif.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les réponses courtes.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son ressenti et ses souhaits de manière très simple en utilisant une gestuelle ou des expressions du visage.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des sentiments ou des émotions dans le cadre de situations ritualisées en utilisant des mots isolés ou des expressions très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Indiquer très simplement à un interlocuteur que l'on n'a pas compris en utilisant au besoin une gestuelle ou des expressions du visage.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prononcer de manière compréhensible quelques lettres de l'alphabet pour épeler un mot très simple ou le reconnaitre (prononciation des lettres d'un prénom, par exemple).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des formules de salutation très simples et adaptées à son interlocuteur, en situation connue et répétée, pour ouvrir ou clore un échange.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des formules de politesse variées.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Relancer une conversation ou un bref échange par des questions élémentaires.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des expressions très courantes pour clore une conversation.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Médiation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Mobiliser le champ lexical des besoins élémentaires à l'aide de mots isolés, si nécessaire accompagnés de gestes.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quelques expressions indiquant ce que l'on veut montrer à l'aide de gestes.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des consignes élémentaires accompagnées de gestes.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sa compréhension ou son accord par des expressions simples accompagnées de gestes.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des expressions simples accompagnées de gestes pour demander à des personnes si elles sont d'accord.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Éducation physique et sportive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 - Se déplacer le plus vite ou le plus longtemps possible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une diversité de signaux de départ.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Courir vite de façon équilibrée.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Courir et franchir sans ralentir des obstacles horizontaux.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Courir longtemps en limitant les arrêts.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 - Se déplacer pour sauter le plus haut ou le plus loin possible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Varier les impulsions pour sauter loin ou haut.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 - Se déplacer pour lancer le plus loin possible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Lancer loin et de manière variée différents objets.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 - Se déplacer pour s'orienter dans l'espace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des éléments visibles pour se situer dans un espace connu.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 - Recueillir et apprécier des résultats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et utiliser des outils de mesure concrets.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Équilibres - Construire des équilibres dans des environnements terrestres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un nouvel équilibre avec le corps qui roule vers l'avant.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un nouvel équilibre de suspension en l'air avec le corps droit.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un nouvel équilibre avec le corps qui se renverse.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un nouvel équilibre avec le corps en mouvement sur une surface réduite.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un nouvel équilibre vertical en se déplaçant sur un support vertical (espalier, mur, mur d'escalade, corde, etc.).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Équilibres - Construire des équilibres avec un moyen de locomotion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Rouler et glisser, avec un moyen de locomotion, en ligne droite.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Équilibres - Construire des équilibres dans un environnement aquatique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le milieu aquatique et découvrir une nouvelle locomotion.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Équilibres - Agir en toute sécurité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règles pour ne pas se mettre en danger.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 - Développer une motricité à visée artistique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des actions à visée artistique.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l'espace scénique.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 - Créer des enchainements simples et mémorisés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Reproduire un enchainement artistique.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 - Éprouver et exprimer des émotions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la posture d'artiste.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Apprécier et décrire une prestation à l'aide d'un vocabulaire approprié.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Coopérer et s'opposer - Développer des habiletés motrices dans des situations d'opposition individuelles et collectives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Maitriser des actions d'opposition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la zone de jeu dans toutes ses dimensions.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Coopérer et s'opposer - Faire des choix pour marquer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situer pour agir seul ou à plusieurs.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Coopérer et s'opposer - Respecter les règles du jeu, les partenaires et les adversaires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les règles du jeu.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Explorer les interactions dans le jeu.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Arts plastiques  (attendus de fin de cycle)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Expérimenter, produire, créer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S'approprier par les sens les éléments du langage plastique : matière, support, couleur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Observer les effets produits par ses gestes, par les outils utilisés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Tirer parti de trouvailles fortuites, saisir les effets du hasard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Représenter le monde environnant ou donner forme à son imaginaire en explorant la diversité des domaines (dessin, collage, modelage, sculpture, photographie...)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Mettre en œuvre un projet artistique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l'espace, les outils et les matériaux partagés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Mener à terme une production individuelle dans le cadre d'un projet accompagné par le professeur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Montrer sans réticence ses productions et regarder celles des autres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S'exprimer, analyser sa pratique, celle de ses pairs, s'ouvrir à l'altérité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Prendre la parole devant un groupe pour partager ses trouvailles, s'intéresser à celles découvertes dans des œuvres d'art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Formuler ses émotions, entendre et respecter celles des autres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les éléments du langage plastique dans une production : couleurs, formes, matières, support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les domaines liés aux arts plastiques, être sensible aux questions de l'art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Effectuer des choix parmi les images rencontrées, établir un premier lien entre son univers visuel et la culture artistique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ses émotions lors de la rencontre avec des œuvres d'art, manifester son intérêt pour la rencontre directe avec des œuvres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S'approprier quelques œuvres de domaines et d'époques variés appartenant au patrimoine national et mondial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S'ouvrir à la diversité des pratiques et des cultures artistiques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Éducation musicale  (attendus de fin de cycle)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Chanter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Reproduire un modèle mélodique, rythmique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Chanter une mélodie simple avec une intonation juste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Chanter une comptine, un chant par imitation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Interpréter un chant avec expressivité (phrasé, articulation du texte) en respectant ses phrases musicales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Mobiliser son corps pour interpréter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Écouter, comparer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et comparer des éléments sonores ; repérer des sons et des suites musicales ; identifier des éléments communs et contrastés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Repérer une organisation simple : récurrence d'une mélodie, d'un motif rythmique, d'un thème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Comparer des musiques et identifier des ressemblances et des différences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Explorer et imaginer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Expérimenter les paramètres du son : intensité, hauteur, timbre, durée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Imaginer des représentations graphiques ou corporelles de la musique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Inventer une organisation simple à partir d'éléments sonores travaillés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Échanger, partager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ses émotions, ses sentiments et ses préférences artistiques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 et respecter l'avis des autres et l'expression de leur sensibilité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règles et les exigences d'une production musicale collective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Enseignement moral et civique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Connaissance et maîtrise de soi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ses émotions et ses sentiments : leur origine et leurs manifestations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Trouver les réponses appropriées aux besoins exprimés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Consolider sa confiance en soi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Acquérir une estime de soi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règles collectives et l'autonomie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S'approprier les règles de l'école (droits et devoirs), pour soi-même (son propre bien-être et sa propre sécurité)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différents adultes de l'école en identifiant leur rôle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son autonomie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Prendre des initiatives personnelles et faire des choix sans craindre de se tromper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risques et les dangers de son environnement immédiat et adopter un comportement adapté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équipements de la collectivité, condition du partage de biens communs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Savoir que les enfants ont des droits (Convention internationale des droits de l'enfant, 1989)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Règles d'hygiène et exigence d'intimité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Avoir conscience de son intégrité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appliquer les règles élémentaires d'hygiène personnelle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et respecter les règles élémentaires de l'intimité personnelle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Être élève à l'école de la République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 drapeau français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La Marseillaise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Éducation à la vie affective et relationnelle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connaître, vivre et grandir avec son corps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Nommer les parties du corps, dont les parties intimes, avec un vocabulaire scientifique précis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points communs et les différences physiques entre les filles et les garçons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Définir ce qu'est son intimité (corps, pensées, écrits) et celle des autres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que toute personne a le droit au respect de son intimité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connaissance de soi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Rencontrer les autres et construire des relations, s'y épanouir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Comprendre, identifier et nommer ses sentiments et ses émotions, savoir les gérer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ses sentiments et ses émotions de façon appropriée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Résoudre des conflits de façon constructive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Trouver sa place dans la société, y être libre et responsable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différents liens familiaux, se rendre compte de la diversité des structures familiales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la diversité des structures familiales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la connaissance de soi et les liens sociaux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r>
        <w:br w:type="page"/>
      </w:r>
    </w:p>
    <w:p>
      <w:pPr>
        <w:spacing w:after="40"/>
      </w:pPr>
      <w:r>
        <w:rPr>
          <w:rFonts w:ascii="Nunito" w:hAnsi="Nunito"/>
          <w:b/>
          <w:color w:val="F97316"/>
          <w:sz w:val="18"/>
        </w:rPr>
        <w:t>ET SI LE CAHIER SE REMPLISSAIT TOUT SEUL ?</w:t>
      </w:r>
    </w:p>
    <w:p>
      <w:pPr>
        <w:spacing w:after="120"/>
      </w:pPr>
      <w:r>
        <w:rPr>
          <w:rFonts w:ascii="Nunito" w:hAnsi="Nunito"/>
          <w:b/>
          <w:color w:val="1F6F4E"/>
          <w:sz w:val="40"/>
        </w:rPr>
        <w:t>Tifox</w:t>
      </w:r>
    </w:p>
    <w:p>
      <w:pPr>
        <w:spacing w:after="200"/>
      </w:pPr>
      <w:r>
        <w:rPr>
          <w:rFonts w:ascii="Nunito" w:hAnsi="Nunito"/>
          <w:b w:val="0"/>
          <w:color w:val="1A2420"/>
          <w:sz w:val="21"/>
        </w:rPr>
        <w:t>Cette trame vous aide à prévoir l'année. Le carnet de suivi, lui, doit montrer ce que chaque élève a réellement réussi, et c'est celui-là qui est obligatoire. C'est le travail que Tifox prend en charge.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Vous photographiez une réussite, vous la reliez à l'attendu concerné, c'est tout.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 cahier de réussite se compose au fil de l'année, sans ressaisie.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Les six domaines du programme 2026 sont déjà dedans, avec leurs attendus.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En fin de grande section, la synthèse des acquis se remplit à partir de ce qui a déjà été observé.</w:t>
      </w:r>
    </w:p>
    <w:p>
      <w:pPr>
        <w:spacing w:after="120"/>
      </w:pPr>
      <w:r>
        <w:rPr>
          <w:rFonts w:ascii="Nunito" w:hAnsi="Nunito"/>
          <w:b w:val="0"/>
          <w:sz w:val="12"/>
        </w:rPr>
      </w:r>
    </w:p>
    <w:p>
      <w:pPr>
        <w:spacing w:after="40"/>
      </w:pPr>
      <w:r>
        <w:rPr>
          <w:rFonts w:ascii="Nunito" w:hAnsi="Nunito"/>
          <w:b/>
          <w:color w:val="1A2420"/>
          <w:sz w:val="21"/>
        </w:rPr>
        <w:t>Gratuit jusqu'à 3 élèves, sans carte bancaire.</w:t>
      </w:r>
    </w:p>
    <w:p>
      <w:pPr>
        <w:spacing w:after="200"/>
      </w:pPr>
      <w:r>
        <w:rPr>
          <w:rFonts w:ascii="Nunito" w:hAnsi="Nunito"/>
          <w:b w:val="0"/>
          <w:color w:val="1F6F4E"/>
          <w:sz w:val="21"/>
        </w:rPr>
        <w:t>Sur ordinateur, tablette et téléphone. tifox-maternelle.fr</w:t>
      </w:r>
    </w:p>
    <w:p>
      <w:pPr>
        <w:spacing w:after="120"/>
      </w:pPr>
      <w:r>
        <w:rPr>
          <w:rFonts w:ascii="Nunito" w:hAnsi="Nunito"/>
          <w:b w:val="0"/>
          <w:color w:val="6B7280"/>
          <w:sz w:val="18"/>
        </w:rPr>
        <w:t>Document distribué gratuitement. Vous pouvez l'imprimer, le modifier et le partager avec vos collègues.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Programmation annuelle 2026 - CP</dc:title>
  <dc:subject>Programmation annuelle CP, programme 2026, 292 attendus</dc:subject>
  <dc:creator>Tifox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